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2F7C77"/>
          <w:left w:val="single" w:sz="0" w:color="2F7C77"/>
          <w:bottom w:val="single" w:sz="0" w:color="2F7C77"/>
          <w:right w:val="single" w:sz="0" w:color="2F7C77"/>
          <w:insideH w:val="single" w:sz="0" w:color="2F7C77"/>
          <w:insideV w:val="single" w:sz="0" w:color="2F7C77"/>
        </w:tblBorders>
      </w:tblPr>
      <w:tblGrid>
        <w:gridCol w:w="11318"/>
      </w:tblGrid>
      <w:tr>
        <w:tc>
          <w:tcPr>
            <w:tcW w:type="dxa" w:w="11318"/>
            <w:shd w:fill="123947"/>
            <w:tcMar>
              <w:top w:w="75" w:type="dxa"/>
              <w:bottom w:w="7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709160" cy="176593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lm_tree_original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17659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spacing w:after="0"/>
        <w:jc w:val="center"/>
      </w:pPr>
      <w:r>
        <w:rPr>
          <w:b/>
          <w:color w:val="123947"/>
          <w:sz w:val="36"/>
        </w:rPr>
        <w:t>MY PERSONAL SAFETY PLAN</w:t>
      </w:r>
    </w:p>
    <w:p>
      <w:pPr>
        <w:spacing w:after="60"/>
        <w:jc w:val="center"/>
      </w:pPr>
      <w:r>
        <w:rPr>
          <w:color w:val="2F7C77"/>
          <w:sz w:val="18"/>
        </w:rPr>
        <w:t>A simple plan to help me know what to do when things feel too much or I do not feel safe.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5659"/>
        <w:gridCol w:w="5659"/>
      </w:tblGrid>
      <w:tr>
        <w:tc>
          <w:tcPr>
            <w:tcW w:type="dxa" w:w="5659"/>
            <w:tcMar>
              <w:top w:w="60" w:type="dxa"/>
              <w:bottom w:w="60" w:type="dxa"/>
              <w:start w:w="90" w:type="dxa"/>
              <w:end w:w="90" w:type="dxa"/>
            </w:tcMar>
          </w:tcPr>
          <w:p>
            <w:r>
              <w:rPr>
                <w:sz w:val="17"/>
              </w:rPr>
              <w:t xml:space="preserve">Name: </w:t>
            </w:r>
          </w:p>
        </w:tc>
        <w:tc>
          <w:tcPr>
            <w:tcW w:type="dxa" w:w="5659"/>
            <w:tcMar>
              <w:top w:w="60" w:type="dxa"/>
              <w:bottom w:w="60" w:type="dxa"/>
              <w:start w:w="90" w:type="dxa"/>
              <w:end w:w="90" w:type="dxa"/>
            </w:tcMar>
          </w:tcPr>
          <w:p>
            <w:r>
              <w:rPr>
                <w:sz w:val="17"/>
              </w:rPr>
              <w:t xml:space="preserve">Date: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E5F1EF"/>
            <w:tcMar>
              <w:top w:w="90" w:type="dxa"/>
              <w:bottom w:w="80" w:type="dxa"/>
              <w:start w:w="120" w:type="dxa"/>
              <w:end w:w="120" w:type="dxa"/>
            </w:tcMar>
          </w:tcPr>
          <w:p>
            <w:pPr>
              <w:spacing w:after="20"/>
            </w:pPr>
            <w:r>
              <w:rPr>
                <w:b/>
                <w:color w:val="123947"/>
                <w:sz w:val="21"/>
              </w:rPr>
              <w:t>1. MY WARNING SIGNS</w:t>
            </w:r>
          </w:p>
          <w:p>
            <w:pPr>
              <w:spacing w:after="0"/>
            </w:pPr>
            <w:r>
              <w:rPr>
                <w:color w:val="263F44"/>
                <w:sz w:val="18"/>
              </w:rPr>
              <w:t>What do I notice when I am starting to struggle?</w:t>
            </w:r>
          </w:p>
          <w:p>
            <w:pPr>
              <w:spacing w:after="0"/>
            </w:pPr>
            <w:r>
              <w:rPr>
                <w:i/>
                <w:color w:val="2F7C77"/>
                <w:sz w:val="16"/>
              </w:rPr>
              <w:t>Examples: not sleeping • staying away from people • feeling hopeless • racing thoughts • feeling like a burden</w:t>
            </w:r>
          </w:p>
        </w:tc>
      </w:tr>
      <w:tr>
        <w:tc>
          <w:tcPr>
            <w:tcW w:type="dxa" w:w="11318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r>
              <w:rPr>
                <w:sz w:val="16"/>
              </w:rPr>
              <w:br/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E5F1EF"/>
            <w:tcMar>
              <w:top w:w="90" w:type="dxa"/>
              <w:bottom w:w="80" w:type="dxa"/>
              <w:start w:w="120" w:type="dxa"/>
              <w:end w:w="120" w:type="dxa"/>
            </w:tcMar>
          </w:tcPr>
          <w:p>
            <w:pPr>
              <w:spacing w:after="20"/>
            </w:pPr>
            <w:r>
              <w:rPr>
                <w:b/>
                <w:color w:val="123947"/>
                <w:sz w:val="21"/>
              </w:rPr>
              <w:t>2. WHAT HELPS ME FEEL CALMER OR SAFER</w:t>
            </w:r>
          </w:p>
          <w:p>
            <w:pPr>
              <w:spacing w:after="0"/>
            </w:pPr>
            <w:r>
              <w:rPr>
                <w:color w:val="263F44"/>
                <w:sz w:val="18"/>
              </w:rPr>
              <w:t>What can I do myself to get through the next few minutes or hours?</w:t>
            </w:r>
          </w:p>
          <w:p>
            <w:pPr>
              <w:spacing w:after="0"/>
            </w:pPr>
            <w:r>
              <w:rPr>
                <w:i/>
                <w:color w:val="2F7C77"/>
                <w:sz w:val="16"/>
              </w:rPr>
              <w:t>Examples: music • walking • grounding • shower • prayer • breathing • journalling • being outside</w:t>
            </w:r>
          </w:p>
        </w:tc>
      </w:tr>
      <w:tr>
        <w:tc>
          <w:tcPr>
            <w:tcW w:type="dxa" w:w="11318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r>
              <w:rPr>
                <w:sz w:val="16"/>
              </w:rPr>
              <w:br/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E5F1EF"/>
            <w:tcMar>
              <w:top w:w="90" w:type="dxa"/>
              <w:bottom w:w="80" w:type="dxa"/>
              <w:start w:w="120" w:type="dxa"/>
              <w:end w:w="120" w:type="dxa"/>
            </w:tcMar>
          </w:tcPr>
          <w:p>
            <w:pPr>
              <w:spacing w:after="20"/>
            </w:pPr>
            <w:r>
              <w:rPr>
                <w:b/>
                <w:color w:val="123947"/>
                <w:sz w:val="21"/>
              </w:rPr>
              <w:t>3. PEOPLE &amp; PLACES THAT HELP ME</w:t>
            </w:r>
          </w:p>
          <w:p>
            <w:pPr>
              <w:spacing w:after="0"/>
            </w:pPr>
            <w:r>
              <w:rPr>
                <w:color w:val="263F44"/>
                <w:sz w:val="18"/>
              </w:rPr>
              <w:t>Who can I be with, call or go to so I feel less alone?</w:t>
            </w:r>
          </w:p>
          <w:p>
            <w:pPr>
              <w:spacing w:after="0"/>
            </w:pPr>
            <w:r>
              <w:rPr>
                <w:i/>
                <w:color w:val="2F7C77"/>
                <w:sz w:val="16"/>
              </w:rPr>
              <w:t>Examples: friend • family • neighbour • faith/community person • a place where I feel safe</w:t>
            </w:r>
          </w:p>
        </w:tc>
      </w:tr>
      <w:tr>
        <w:tc>
          <w:tcPr>
            <w:tcW w:type="dxa" w:w="11318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r>
              <w:rPr>
                <w:sz w:val="16"/>
              </w:rPr>
              <w:br/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E5F1EF"/>
            <w:tcMar>
              <w:top w:w="90" w:type="dxa"/>
              <w:bottom w:w="80" w:type="dxa"/>
              <w:start w:w="120" w:type="dxa"/>
              <w:end w:w="120" w:type="dxa"/>
            </w:tcMar>
          </w:tcPr>
          <w:p>
            <w:pPr>
              <w:spacing w:after="20"/>
            </w:pPr>
            <w:r>
              <w:rPr>
                <w:b/>
                <w:color w:val="123947"/>
                <w:sz w:val="21"/>
              </w:rPr>
              <w:t>4. WHO I CAN TELL I NEED HELP</w:t>
            </w:r>
          </w:p>
          <w:p>
            <w:pPr>
              <w:spacing w:after="0"/>
            </w:pPr>
            <w:r>
              <w:rPr>
                <w:color w:val="263F44"/>
                <w:sz w:val="18"/>
              </w:rPr>
              <w:t>Who can I say, “I’m not feeling safe” or “I need help” to?</w:t>
            </w:r>
          </w:p>
          <w:p>
            <w:pPr>
              <w:spacing w:after="0"/>
            </w:pPr>
            <w:r>
              <w:rPr>
                <w:i/>
                <w:color w:val="2F7C77"/>
                <w:sz w:val="16"/>
              </w:rPr>
              <w:t>Examples: write their name and phone number</w:t>
            </w:r>
          </w:p>
        </w:tc>
      </w:tr>
      <w:tr>
        <w:tc>
          <w:tcPr>
            <w:tcW w:type="dxa" w:w="11318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r>
              <w:rPr>
                <w:sz w:val="16"/>
              </w:rPr>
              <w:br/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E5F1EF"/>
            <w:tcMar>
              <w:top w:w="90" w:type="dxa"/>
              <w:bottom w:w="80" w:type="dxa"/>
              <w:start w:w="120" w:type="dxa"/>
              <w:end w:w="120" w:type="dxa"/>
            </w:tcMar>
          </w:tcPr>
          <w:p>
            <w:pPr>
              <w:spacing w:after="20"/>
            </w:pPr>
            <w:r>
              <w:rPr>
                <w:b/>
                <w:color w:val="123947"/>
                <w:sz w:val="21"/>
              </w:rPr>
              <w:t>5. HOW I CAN MAKE THINGS SAFER</w:t>
            </w:r>
          </w:p>
          <w:p>
            <w:pPr>
              <w:spacing w:after="0"/>
            </w:pPr>
            <w:r>
              <w:rPr>
                <w:color w:val="263F44"/>
                <w:sz w:val="18"/>
              </w:rPr>
              <w:t>What can I change, or ask someone to help me change, so I am safer?</w:t>
            </w:r>
          </w:p>
          <w:p>
            <w:pPr>
              <w:spacing w:after="0"/>
            </w:pPr>
            <w:r>
              <w:rPr>
                <w:i/>
                <w:color w:val="2F7C77"/>
                <w:sz w:val="16"/>
              </w:rPr>
              <w:t>Examples: go somewhere safer • stay with someone • ask a trusted person to help reduce access to things I could use to hurt myself</w:t>
            </w:r>
          </w:p>
        </w:tc>
      </w:tr>
      <w:tr>
        <w:tc>
          <w:tcPr>
            <w:tcW w:type="dxa" w:w="11318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r>
              <w:rPr>
                <w:sz w:val="16"/>
              </w:rPr>
              <w:br/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3773"/>
        <w:gridCol w:w="3773"/>
        <w:gridCol w:w="3773"/>
      </w:tblGrid>
      <w:tr>
        <w:tc>
          <w:tcPr>
            <w:tcW w:type="dxa" w:w="11319"/>
            <w:gridSpan w:val="3"/>
            <w:shd w:fill="E5F1EF"/>
            <w:tcMar>
              <w:top w:w="70" w:type="dxa"/>
              <w:bottom w:w="70" w:type="dxa"/>
              <w:start w:w="70" w:type="dxa"/>
              <w:end w:w="70" w:type="dxa"/>
              <w:top w:w="65" w:type="dxa"/>
              <w:bottom w:w="65" w:type="dxa"/>
              <w:start w:w="90" w:type="dxa"/>
              <w:end w:w="90" w:type="dxa"/>
            </w:tcMar>
            <w:shd w:fill="E5F1EF"/>
          </w:tcPr>
          <w:p>
            <w:r/>
            <w:r>
              <w:rPr>
                <w:b/>
                <w:color w:val="123947"/>
                <w:sz w:val="18"/>
              </w:rPr>
              <w:t>WHEN I NEED PROFESSIONAL OR URGENT HELP</w:t>
            </w:r>
            <w:r>
              <w:rPr>
                <w:sz w:val="16"/>
              </w:rPr>
              <w:br/>
              <w:t>These services are available when I need more support.</w:t>
            </w:r>
          </w:p>
        </w:tc>
      </w:tr>
      <w:tr>
        <w:tc>
          <w:tcPr>
            <w:tcW w:type="dxa" w:w="7546"/>
            <w:gridSpan w:val="2"/>
            <w:tcMar>
              <w:top w:w="50" w:type="dxa"/>
              <w:bottom w:w="50" w:type="dxa"/>
              <w:start w:w="70" w:type="dxa"/>
              <w:end w:w="70" w:type="dxa"/>
              <w:top w:w="50" w:type="dxa"/>
              <w:bottom w:w="50" w:type="dxa"/>
              <w:start w:w="80" w:type="dxa"/>
              <w:end w:w="80" w:type="dxa"/>
            </w:tcMar>
          </w:tcPr>
          <w:p>
            <w:r>
              <w:rPr>
                <w:sz w:val="16"/>
              </w:rPr>
              <w:t>Lifeline — crisis support</w:t>
            </w:r>
          </w:p>
        </w:tc>
        <w:tc>
          <w:tcPr>
            <w:tcW w:type="dxa" w:w="3773"/>
            <w:tcMar>
              <w:top w:w="50" w:type="dxa"/>
              <w:bottom w:w="50" w:type="dxa"/>
              <w:start w:w="70" w:type="dxa"/>
              <w:end w:w="70" w:type="dxa"/>
              <w:top w:w="50" w:type="dxa"/>
              <w:bottom w:w="5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123947"/>
                <w:sz w:val="17"/>
              </w:rPr>
              <w:t>13 11 14</w:t>
            </w:r>
          </w:p>
        </w:tc>
      </w:tr>
      <w:tr>
        <w:tc>
          <w:tcPr>
            <w:tcW w:type="dxa" w:w="7546"/>
            <w:gridSpan w:val="2"/>
            <w:tcMar>
              <w:top w:w="50" w:type="dxa"/>
              <w:bottom w:w="50" w:type="dxa"/>
              <w:start w:w="70" w:type="dxa"/>
              <w:end w:w="70" w:type="dxa"/>
              <w:top w:w="50" w:type="dxa"/>
              <w:bottom w:w="50" w:type="dxa"/>
              <w:start w:w="80" w:type="dxa"/>
              <w:end w:w="80" w:type="dxa"/>
            </w:tcMar>
          </w:tcPr>
          <w:p>
            <w:r>
              <w:rPr>
                <w:sz w:val="16"/>
              </w:rPr>
              <w:t>Suicide Call Back Service — suicide counselling</w:t>
            </w:r>
          </w:p>
        </w:tc>
        <w:tc>
          <w:tcPr>
            <w:tcW w:type="dxa" w:w="3773"/>
            <w:tcMar>
              <w:top w:w="50" w:type="dxa"/>
              <w:bottom w:w="50" w:type="dxa"/>
              <w:start w:w="70" w:type="dxa"/>
              <w:end w:w="70" w:type="dxa"/>
              <w:top w:w="50" w:type="dxa"/>
              <w:bottom w:w="5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123947"/>
                <w:sz w:val="17"/>
              </w:rPr>
              <w:t>1300 659 467</w:t>
            </w:r>
          </w:p>
        </w:tc>
      </w:tr>
      <w:tr>
        <w:tc>
          <w:tcPr>
            <w:tcW w:type="dxa" w:w="7546"/>
            <w:gridSpan w:val="2"/>
            <w:tcMar>
              <w:top w:w="50" w:type="dxa"/>
              <w:bottom w:w="50" w:type="dxa"/>
              <w:start w:w="70" w:type="dxa"/>
              <w:end w:w="70" w:type="dxa"/>
              <w:top w:w="50" w:type="dxa"/>
              <w:bottom w:w="50" w:type="dxa"/>
              <w:start w:w="80" w:type="dxa"/>
              <w:end w:w="80" w:type="dxa"/>
            </w:tcMar>
          </w:tcPr>
          <w:p>
            <w:r>
              <w:rPr>
                <w:sz w:val="16"/>
              </w:rPr>
              <w:t>Emergency — if I cannot stay safe or there is immediate danger</w:t>
            </w:r>
          </w:p>
        </w:tc>
        <w:tc>
          <w:tcPr>
            <w:tcW w:type="dxa" w:w="3773"/>
            <w:tcMar>
              <w:top w:w="50" w:type="dxa"/>
              <w:bottom w:w="50" w:type="dxa"/>
              <w:start w:w="70" w:type="dxa"/>
              <w:end w:w="70" w:type="dxa"/>
              <w:top w:w="50" w:type="dxa"/>
              <w:bottom w:w="5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123947"/>
                <w:sz w:val="17"/>
              </w:rPr>
              <w:t>000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3773"/>
        <w:gridCol w:w="3773"/>
        <w:gridCol w:w="3773"/>
      </w:tblGrid>
      <w:tr>
        <w:tc>
          <w:tcPr>
            <w:tcW w:type="dxa" w:w="11319"/>
            <w:gridSpan w:val="3"/>
            <w:shd w:fill="FBF8F2"/>
            <w:tcMar>
              <w:top w:w="55" w:type="dxa"/>
              <w:bottom w:w="55" w:type="dxa"/>
              <w:start w:w="75" w:type="dxa"/>
              <w:end w:w="75" w:type="dxa"/>
            </w:tcMar>
          </w:tcPr>
          <w:p>
            <w:r/>
            <w:r>
              <w:rPr>
                <w:b/>
                <w:color w:val="123947"/>
                <w:sz w:val="18"/>
              </w:rPr>
              <w:t>MY EMERGENCY CONTACTS</w:t>
            </w:r>
            <w:r>
              <w:rPr>
                <w:sz w:val="16"/>
              </w:rPr>
              <w:br/>
              <w:t>Who can I contact if I need help or do not feel safe? Add people you trust and their phone numbers.</w:t>
            </w:r>
          </w:p>
        </w:tc>
      </w:tr>
      <w:tr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</w:tr>
      <w:tr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</w:tr>
      <w:tr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  <w:tc>
          <w:tcPr>
            <w:tcW w:type="dxa" w:w="3773"/>
            <w:tcMar>
              <w:top w:w="45" w:type="dxa"/>
              <w:bottom w:w="45" w:type="dxa"/>
              <w:start w:w="65" w:type="dxa"/>
              <w:end w:w="65" w:type="dxa"/>
            </w:tcMar>
          </w:tcPr>
          <w:p>
            <w:r/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FBF8F2"/>
            <w:tcMar>
              <w:top w:w="65" w:type="dxa"/>
              <w:bottom w:w="65" w:type="dxa"/>
              <w:start w:w="100" w:type="dxa"/>
              <w:end w:w="100" w:type="dxa"/>
              <w:top w:w="65" w:type="dxa"/>
              <w:bottom w:w="65" w:type="dxa"/>
              <w:start w:w="90" w:type="dxa"/>
              <w:end w:w="90" w:type="dxa"/>
            </w:tcMar>
            <w:shd w:fill="FBF8F2"/>
          </w:tcPr>
          <w:p>
            <w:r/>
            <w:r>
              <w:rPr>
                <w:b/>
                <w:color w:val="123947"/>
                <w:sz w:val="18"/>
              </w:rPr>
              <w:t>MY OWN SUPPORT</w:t>
            </w:r>
            <w:r>
              <w:rPr>
                <w:sz w:val="16"/>
              </w:rPr>
              <w:br/>
              <w:t>Who are the health, mental-health or community services I already use or would contact? Add the service and contact details below.</w:t>
            </w:r>
          </w:p>
        </w:tc>
      </w:tr>
      <w:tr>
        <w:tc>
          <w:tcPr>
            <w:tcW w:type="dxa" w:w="11318"/>
            <w:shd w:fill="FBF8F2"/>
            <w:tcMar>
              <w:top w:w="65" w:type="dxa"/>
              <w:bottom w:w="65" w:type="dxa"/>
              <w:start w:w="100" w:type="dxa"/>
              <w:end w:w="100" w:type="dxa"/>
              <w:top w:w="70" w:type="dxa"/>
              <w:bottom w:w="70" w:type="dxa"/>
              <w:start w:w="90" w:type="dxa"/>
              <w:end w:w="90" w:type="dxa"/>
            </w:tcMar>
            <w:shd w:fill="FFFFFF"/>
          </w:tcPr>
          <w:p>
            <w:r>
              <w:br/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BFD5D1"/>
          <w:left w:val="single" w:sz="7" w:color="BFD5D1"/>
          <w:bottom w:val="single" w:sz="7" w:color="BFD5D1"/>
          <w:right w:val="single" w:sz="7" w:color="BFD5D1"/>
          <w:insideH w:val="single" w:sz="7" w:color="BFD5D1"/>
          <w:insideV w:val="single" w:sz="7" w:color="BFD5D1"/>
        </w:tblBorders>
      </w:tblPr>
      <w:tblGrid>
        <w:gridCol w:w="11318"/>
      </w:tblGrid>
      <w:tr>
        <w:tc>
          <w:tcPr>
            <w:tcW w:type="dxa" w:w="11318"/>
            <w:shd w:fill="FBF8F2"/>
            <w:tcMar>
              <w:top w:w="60" w:type="dxa"/>
              <w:bottom w:w="60" w:type="dxa"/>
              <w:start w:w="90" w:type="dxa"/>
              <w:end w:w="90" w:type="dxa"/>
            </w:tcMar>
          </w:tcPr>
          <w:p>
            <w:r>
              <w:rPr>
                <w:b/>
                <w:color w:val="123947"/>
                <w:sz w:val="17"/>
              </w:rPr>
              <w:t>WHAT I WANT PEOPLE SUPPORTING ME TO KNOW</w:t>
            </w:r>
            <w:r>
              <w:rPr>
                <w:sz w:val="15"/>
              </w:rPr>
              <w:br/>
              <w:t>What helps me? Is there anything important about my language, culture, faith, family, privacy or how I like people to communicate with me?</w:t>
            </w:r>
          </w:p>
        </w:tc>
      </w:tr>
      <w:tr>
        <w:tc>
          <w:tcPr>
            <w:tcW w:type="dxa" w:w="11318"/>
            <w:tcMar>
              <w:top w:w="60" w:type="dxa"/>
              <w:bottom w:w="60" w:type="dxa"/>
              <w:start w:w="90" w:type="dxa"/>
              <w:end w:w="90" w:type="dxa"/>
            </w:tcMar>
          </w:tcPr>
          <w:p>
            <w:r>
              <w:br/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E4C5C5"/>
          <w:left w:val="single" w:sz="7" w:color="E4C5C5"/>
          <w:bottom w:val="single" w:sz="7" w:color="E4C5C5"/>
          <w:right w:val="single" w:sz="7" w:color="E4C5C5"/>
          <w:insideH w:val="single" w:sz="7" w:color="E4C5C5"/>
          <w:insideV w:val="single" w:sz="7" w:color="E4C5C5"/>
        </w:tblBorders>
      </w:tblPr>
      <w:tblGrid>
        <w:gridCol w:w="11318"/>
      </w:tblGrid>
      <w:tr>
        <w:tc>
          <w:tcPr>
            <w:tcW w:type="dxa" w:w="11318"/>
            <w:shd w:fill="F8EDED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123947"/>
                <w:sz w:val="18"/>
              </w:rPr>
              <w:t xml:space="preserve">IF I CANNOT STAY SAFE: </w:t>
            </w:r>
            <w:r>
              <w:rPr>
                <w:sz w:val="17"/>
              </w:rPr>
              <w:t>Call 000, go to an emergency department, or ask someone I trust to help me get urgent support.</w:t>
            </w:r>
          </w:p>
        </w:tc>
      </w:tr>
    </w:tbl>
    <w:p>
      <w:pPr>
        <w:spacing w:before="20" w:after="0"/>
        <w:jc w:val="center"/>
      </w:pPr>
      <w:r>
        <w:rPr>
          <w:color w:val="2F7C77"/>
          <w:sz w:val="12"/>
        </w:rPr>
        <w:t>Palm Tree Covering  •  Educational safety-planning resource  •  Not a clinical risk assessment  •  Together We CARE. Together We Connect.</w:t>
      </w:r>
    </w:p>
    <w:sectPr w:rsidR="00FC693F" w:rsidRPr="0006063C" w:rsidSect="00034616">
      <w:pgSz w:w="12240" w:h="15840"/>
      <w:pgMar w:top="259" w:right="461" w:bottom="288" w:left="4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